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 אכלתם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מה תרצו להיות כשתגדלו.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הם נעלמים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הם משתנים.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"חוט", לפי היועצת? – </w:t>
      </w:r>
      <w:r>
        <w:rPr>
          <w:rFonts w:ascii="Arial" w:hAnsi="Arial" w:cs="Arial" w:eastAsia="Arial" w:hint="cs"/>
          <w:sz w:val="22"/>
          <w:szCs w:val="22"/>
          <w:rtl/>
        </w:rPr>
        <w:t>משהו שחוזר בכל החלומות, כמו "לעזור לאחרים".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מותר לענות אם לא יודעים? – </w:t>
      </w:r>
      <w:r>
        <w:rPr>
          <w:rFonts w:ascii="Arial" w:hAnsi="Arial" w:cs="Arial" w:eastAsia="Arial" w:hint="cs"/>
          <w:sz w:val="22"/>
          <w:szCs w:val="22"/>
          <w:rtl/>
        </w:rPr>
        <w:t>"אני עוד מגלה."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מרגיש/ה שהזמן טס כש___."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 מי שחושב כמו מבוגר, אחראית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שונות זו מזו, מכל מיני סוגים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המחנכת שאלה: "מה תרצו להיות?". התלמידים כתבו תשובות רבות ושונות. שלושה כתבו "אין לי מושג".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רק מעט תלמידים רצו את אותו מקצוע גם בכיתה ג׳. החלומות משתנים.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היועצת אומרת: זה טוב! חלום שמשתנה מראה סקרנות. היא שואלת: "מה אתה אוהב לעשות?".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כדאי לחפש "חוט": דבר שחוזר. למשל – ילדה שתמיד רוצה לטפל באחרים.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מותר להגיד: "אני עוד מגלה". זו תשובה בוגרת.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שונות זו מזו, מכל מיני סוגים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 מי שחושב כמו מבוגר, אחראית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 אכלתם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הם נעלמים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זה "חוט", לפי היועצת?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מותר לענות אם לא יודעים?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מרגיש/ה שהזמן טס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 מי שחושב כמו מבוגר, אחראית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שונות זו מזו, מכל מיני סוגים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🚀 "כשאגדל אהיה...": החלומות של גיל 13 ומה קורה להם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