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מאה זה לא הכול: מכתב פתוח על לחץ הציונים</w:t>
      </w:r>
    </w:p>
    <w:p>
      <w:pPr>
        <w:bidi/>
        <w:jc w:val="right"/>
      </w:pPr>
      <w:r>
        <w:rPr>
          <w:rFonts w:ascii="Arial" w:hAnsi="Arial" w:cs="Arial" w:eastAsia="Arial" w:hint="cs"/>
          <w:color w:val="555555"/>
          <w:sz w:val="22"/>
          <w:szCs w:val="22"/>
          <w:rtl/>
        </w:rPr>
        <w:t>מאגר טקסטים לכיתה ז׳ · טור דעה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קרה לעידו כשקיבל את המבחן, ומה הייתה הסיבה? – </w:t>
      </w:r>
      <w:r>
        <w:rPr>
          <w:rFonts w:ascii="Arial" w:hAnsi="Arial" w:cs="Arial" w:eastAsia="Arial" w:hint="cs"/>
          <w:sz w:val="22"/>
          <w:szCs w:val="22"/>
          <w:rtl/>
        </w:rPr>
        <w:t>קיבל 92, קיפל והחביא את הדף, כי פחד שאביו ישאל "איפה שמונת הנקודות".</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לפי הכותב, מאילו שלושה כיוונים מגיע לחץ הציונים? – </w:t>
      </w:r>
      <w:r>
        <w:rPr>
          <w:rFonts w:ascii="Arial" w:hAnsi="Arial" w:cs="Arial" w:eastAsia="Arial" w:hint="cs"/>
          <w:sz w:val="22"/>
          <w:szCs w:val="22"/>
          <w:rtl/>
        </w:rPr>
        <w:t>מאיתנו (ממוצע, תעודה, תחושה שכל מבחן קובע); מההשוואה בין תלמידים ("סבב הציונים"); מהמבוגרים (הורים ומורים).</w:t>
      </w:r>
    </w:p>
    <w:p>
      <w:pPr>
        <w:bidi/>
        <w:jc w:val="right"/>
      </w:pPr>
      <w:r>
        <w:rPr>
          <w:rFonts w:ascii="Arial" w:hAnsi="Arial" w:cs="Arial" w:eastAsia="Arial" w:hint="cs"/>
          <w:b/>
          <w:sz w:val="24"/>
          <w:szCs w:val="24"/>
          <w:bCs/>
          <w:rtl/>
        </w:rPr>
        <w:t>3. מה מציע הכותב להורים? [איתור מידע]</w:t>
      </w:r>
    </w:p>
    <w:p>
      <w:pPr>
        <w:bidi/>
        <w:jc w:val="right"/>
      </w:pPr>
      <w:r>
        <w:rPr>
          <w:rFonts w:ascii="Arial" w:hAnsi="Arial" w:cs="Arial" w:eastAsia="Arial" w:hint="cs"/>
          <w:b/>
          <w:color w:val="2B8A3E"/>
          <w:sz w:val="24"/>
          <w:szCs w:val="24"/>
          <w:bCs/>
          <w:rtl/>
        </w:rPr>
        <w:t xml:space="preserve">      ● א. לשאול קודם "מה היה קשה?" ו"מה למדת?", ורק אחר כך על הציון</w:t>
      </w:r>
    </w:p>
    <w:p>
      <w:pPr>
        <w:bidi/>
        <w:jc w:val="right"/>
      </w:pPr>
      <w:r>
        <w:rPr>
          <w:rFonts w:ascii="Arial" w:hAnsi="Arial" w:cs="Arial" w:eastAsia="Arial" w:hint="cs"/>
          <w:sz w:val="24"/>
          <w:szCs w:val="24"/>
          <w:rtl/>
        </w:rPr>
        <w:t xml:space="preserve">      ○ ב. לא לשאול כלום על בית הספר</w:t>
      </w:r>
    </w:p>
    <w:p>
      <w:pPr>
        <w:bidi/>
        <w:jc w:val="right"/>
      </w:pPr>
      <w:r>
        <w:rPr>
          <w:rFonts w:ascii="Arial" w:hAnsi="Arial" w:cs="Arial" w:eastAsia="Arial" w:hint="cs"/>
          <w:sz w:val="24"/>
          <w:szCs w:val="24"/>
          <w:rtl/>
        </w:rPr>
        <w:t xml:space="preserve">      ○ ג. לתת פרס על כל מאה</w:t>
      </w:r>
    </w:p>
    <w:p>
      <w:pPr>
        <w:bidi/>
        <w:jc w:val="right"/>
      </w:pPr>
      <w:r>
        <w:rPr>
          <w:rFonts w:ascii="Arial" w:hAnsi="Arial" w:cs="Arial" w:eastAsia="Arial" w:hint="cs"/>
          <w:sz w:val="24"/>
          <w:szCs w:val="24"/>
          <w:rtl/>
        </w:rPr>
        <w:t xml:space="preserve">      ○ ד. לבטל את המבחנים</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לשאול קודם "מה היה קשה?" ו"מה למדת?" ורק אחר כך "כמה קיבלת?".</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למה מתכוון הכותב במשפט "כשהראש מלא בפחד, אין בו מקום לחשוב"? הביאו דוגמה מהטקסט. – </w:t>
      </w:r>
      <w:r>
        <w:rPr>
          <w:rFonts w:ascii="Arial" w:hAnsi="Arial" w:cs="Arial" w:eastAsia="Arial" w:hint="cs"/>
          <w:sz w:val="22"/>
          <w:szCs w:val="22"/>
          <w:rtl/>
        </w:rPr>
        <w:t>לחץ גדול פוגע ביכולת לחשוב בבהירות. דוגמה: הילדה שמחקה תשובה נכונה כי פחדה ש"זה מלכודת"; ילדים שלא ישנים לפני מבחן.</w:t>
      </w:r>
    </w:p>
    <w:p>
      <w:pPr>
        <w:bidi/>
        <w:jc w:val="right"/>
      </w:pPr>
      <w:r>
        <w:rPr>
          <w:rFonts w:ascii="Arial" w:hAnsi="Arial" w:cs="Arial" w:eastAsia="Arial" w:hint="cs"/>
          <w:b/>
          <w:sz w:val="24"/>
          <w:szCs w:val="24"/>
          <w:bCs/>
          <w:rtl/>
        </w:rPr>
        <w:t>5. מה המשמעות של הביטוי "משקולת על הכתפיים" בטור? [הבנה ופרשנות]</w:t>
      </w:r>
    </w:p>
    <w:p>
      <w:pPr>
        <w:bidi/>
        <w:jc w:val="right"/>
      </w:pPr>
      <w:r>
        <w:rPr>
          <w:rFonts w:ascii="Arial" w:hAnsi="Arial" w:cs="Arial" w:eastAsia="Arial" w:hint="cs"/>
          <w:sz w:val="24"/>
          <w:szCs w:val="24"/>
          <w:rtl/>
        </w:rPr>
        <w:t xml:space="preserve">      ○ א. תיק כבד מדי</w:t>
      </w:r>
    </w:p>
    <w:p>
      <w:pPr>
        <w:bidi/>
        <w:jc w:val="right"/>
      </w:pPr>
      <w:r>
        <w:rPr>
          <w:rFonts w:ascii="Arial" w:hAnsi="Arial" w:cs="Arial" w:eastAsia="Arial" w:hint="cs"/>
          <w:sz w:val="24"/>
          <w:szCs w:val="24"/>
          <w:rtl/>
        </w:rPr>
        <w:t xml:space="preserve">      ○ ב. תרגיל בשיעור ספורט</w:t>
      </w:r>
    </w:p>
    <w:p>
      <w:pPr>
        <w:bidi/>
        <w:jc w:val="right"/>
      </w:pPr>
      <w:r>
        <w:rPr>
          <w:rFonts w:ascii="Arial" w:hAnsi="Arial" w:cs="Arial" w:eastAsia="Arial" w:hint="cs"/>
          <w:sz w:val="24"/>
          <w:szCs w:val="24"/>
          <w:rtl/>
        </w:rPr>
        <w:t xml:space="preserve">      ○ ג. פרס על הצלחה</w:t>
      </w:r>
    </w:p>
    <w:p>
      <w:pPr>
        <w:bidi/>
        <w:jc w:val="right"/>
      </w:pPr>
      <w:r>
        <w:rPr>
          <w:rFonts w:ascii="Arial" w:hAnsi="Arial" w:cs="Arial" w:eastAsia="Arial" w:hint="cs"/>
          <w:b/>
          <w:color w:val="2B8A3E"/>
          <w:sz w:val="24"/>
          <w:szCs w:val="24"/>
          <w:bCs/>
          <w:rtl/>
        </w:rPr>
        <w:t xml:space="preserve">      ● ד. תחושה של עומס ולחץ שמכבידים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תחושת עומס כבד ולחץ נפשי שנגרמים משאלה שנראית תמימה.</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הכותב מסיים את הטור בסיפור על החיבוק של אבא של עידו. מה הוא רוצה שהקוראים יסיקו מכך? – </w:t>
      </w:r>
      <w:r>
        <w:rPr>
          <w:rFonts w:ascii="Arial" w:hAnsi="Arial" w:cs="Arial" w:eastAsia="Arial" w:hint="cs"/>
          <w:sz w:val="22"/>
          <w:szCs w:val="22"/>
          <w:rtl/>
        </w:rPr>
        <w:t>שההורים אוהבים וגאים, אבל השאלה על הציון מגיעה לפני החיבוק; אם נדבר על הלחץ, ההורים ישימו את התמיכה קודם – והילדים לא יפחדו.</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"קצת לחץ" לבין "לחץ גדול מדי" לפי הטור. מה ההשפעה של כל אחד? – </w:t>
      </w:r>
      <w:r>
        <w:rPr>
          <w:rFonts w:ascii="Arial" w:hAnsi="Arial" w:cs="Arial" w:eastAsia="Arial" w:hint="cs"/>
          <w:sz w:val="22"/>
          <w:szCs w:val="22"/>
          <w:rtl/>
        </w:rPr>
        <w:t>קצת לחץ – מניע ללמוד ולא לדחות; לחץ גדול – פוגע בשינה, בבריאות ובחשיבה, ומוציא את ההנאה מהלמידה.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הכותב מציע שמורים יכתבו על כל מבחן גם משפט על מה שהצליח ועל מה אפשר לשפר. האם לדעתכם זה יפחית את הלחץ? נמקו והביאו פרט מהטור או מניסיונכם. – </w:t>
      </w:r>
      <w:r>
        <w:rPr>
          <w:rFonts w:ascii="Arial" w:hAnsi="Arial" w:cs="Arial" w:eastAsia="Arial" w:hint="cs"/>
          <w:sz w:val="22"/>
          <w:szCs w:val="22"/>
          <w:rtl/>
        </w:rPr>
        <w:t>תשובה פתוחה. מחוון: עמדה + נימוק + פרט (הציון "מודד מבחן אחד"; משוב מסביר יותר ממספר).</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טור תגובה קצר (8–10 שורות) מנקודת מבט של הורה או של מורה, שמגיב לטענות הכותב: הסכימו עם טענה אחת והתווכחו עם טענה אחרת. – </w:t>
      </w:r>
      <w:r>
        <w:rPr>
          <w:rFonts w:ascii="Arial" w:hAnsi="Arial" w:cs="Arial" w:eastAsia="Arial" w:hint="cs"/>
          <w:sz w:val="22"/>
          <w:szCs w:val="22"/>
          <w:rtl/>
        </w:rPr>
        <w:t>משימת כתיבה. מחוון: פנייה לכותב, הסכמה מנומקת, התנגדות מנומקת, לשון מכבדת, סיום.</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טור דעה שכתב תלמיד כיתה ז׳ אחרי תקופת מבחנים. הוא פונה בו גם לתלמידים, גם להורים וגם למורים. קִראו ושימו לב: מה הטענה המרכזית שלו, ואילו נימוקים הוא מביא?</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בשבוע שעבר קיבלנו בחזרה את המבחן במתמטיקה. החבר שלי, עידו, קיבל 92. הוא הסתכל על הדף, קיפל אותו מהר והכניס לתיק. "מה קרה?", שאלתי. "אבא שלי ישאל איפה שמונת הנקודות", הוא ענה. באותו רגע הבנתי שמשהו אצלנו התבלבל. ציון של 92 הוא הישג מצוין. אז למה עידו נראה כאילו נכשל?</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מאיפה הלחץ מגיע  </w:t>
      </w:r>
      <w:r>
        <w:rPr>
          <w:rFonts w:ascii="Arial" w:hAnsi="Arial" w:cs="Arial" w:eastAsia="Arial" w:hint="cs"/>
          <w:sz w:val="24"/>
          <w:szCs w:val="24"/>
          <w:rtl/>
        </w:rPr>
        <w:t>אני חושב שהלחץ מגיע משלושה כיוונים. הכיוון הראשון הוא אנחנו. בכיתה ז׳ פתאום יש ממוצע, יש תעודה עם הרבה מקצועות, ויש תחושה שכל מבחן "קובע". הכיוון השני הוא ההשוואה. אחרי כל מבחן מתחיל "סבב הציונים": כולם שואלים את כולם כמה קיבלו, ומי שקיבל פחות מרגיש קטן. הכיוון השלישי הוא המבוגרים. הורים ומורים רוצים בטובתנו, אני יודע. אבל לפעמים שאלה תמימה כמו "וכמה קיבל הכי גבוה בכיתה?" מרגישה כמו משקולת על הכתפיים.</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הלחץ עושה לנו  </w:t>
      </w:r>
      <w:r>
        <w:rPr>
          <w:rFonts w:ascii="Arial" w:hAnsi="Arial" w:cs="Arial" w:eastAsia="Arial" w:hint="cs"/>
          <w:sz w:val="24"/>
          <w:szCs w:val="24"/>
          <w:rtl/>
        </w:rPr>
        <w:t>קצת לחץ זה דבר טוב. הוא גורם לנו לשבת ללמוד ולא לדחות הכול לרגע האחרון. אבל לחץ גדול מדי עושה את ההפך. אני מכיר ילדים שלא ישנים בלילה שלפני מבחן, ילדים שכואבת להם הבטן בכל בוקר של בוחן, וילדה אחת מהשכבה שמחקה תשובה נכונה ברגע האחרון כי "פחדה שזה מלכודת". כשהראש מלא בפחד, אין בו מקום לחשוב.</w:t>
      </w:r>
    </w:p>
    <w:p>
      <w:pPr>
        <w:bidi/>
        <w:jc w:val="right"/>
      </w:pPr>
      <w:r>
        <w:rPr>
          <w:rFonts w:ascii="Arial" w:hAnsi="Arial" w:cs="Arial" w:eastAsia="Arial" w:hint="cs"/>
          <w:b/>
          <w:color w:val="7C4DFF"/>
          <w:sz w:val="24"/>
          <w:szCs w:val="24"/>
          <w:bCs/>
          <w:rtl/>
        </w:rPr>
        <w:t xml:space="preserve">(ד) </w:t>
      </w:r>
      <w:r>
        <w:rPr>
          <w:rFonts w:ascii="Arial" w:hAnsi="Arial" w:cs="Arial" w:eastAsia="Arial" w:hint="cs"/>
          <w:sz w:val="24"/>
          <w:szCs w:val="24"/>
          <w:rtl/>
        </w:rPr>
        <w:t>ויש עוד משהו, אולי הכי מדאיג: כשהציון הופך להיות העיקר, אנחנו מפסיקים ליהנות מהלמידה עצמה. במקום לשאול "מה למדתי?", אנחנו שואלים רק "מה יהיה במבחן?". חבל, כי חלק מהדברים הכי מעניינים שלמדתי השנה בכלל לא הופיעו באף מבחן.</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מה אני מציע  </w:t>
      </w:r>
      <w:r>
        <w:rPr>
          <w:rFonts w:ascii="Arial" w:hAnsi="Arial" w:cs="Arial" w:eastAsia="Arial" w:hint="cs"/>
          <w:sz w:val="24"/>
          <w:szCs w:val="24"/>
          <w:rtl/>
        </w:rPr>
        <w:t>אני לא מציע לבטל את המבחנים. אני יודע שהם עוזרים למורים לדעת מה הבנו ומה לא. אבל יש כמה דברים קטנים שיכולים לשנות הרבה. לתלמידים: לא לשאול "כמה קיבלת?" אחרי כל מבחן. מי שרוצה לספר – יספר. להורים: לשאול קודם "מה היה קשה?" ו"מה למדת?" ורק אחר כך "כמה קיבלת?". ולמורים: לכתוב על המבחן לא רק מספר, אלא גם משפט אחד על מה שהצלחנו בו ועל מה שאפשר לשפר.</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ובעיקר, אני רוצה שנזכור שציון מודד מבחן אחד, ביום אחד, בשעה אחת. הוא לא מודד כמה אני חכם, כמה אני חבר טוב או מה אהיה כשאגדל. עידו, אגב, הראה בסוף את המבחן לאבא שלו. "הוא שאל איפה שמונת הנקודות", סיפר לי למחרת, "ואז הוא חיבק אותי ואמר שהוא גאה." אולי, אם נדבר על זה יותר, גם החיבוק יגיע מוקדם יותר.</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הישג</w:t>
            </w:r>
          </w:p>
        </w:tc>
        <w:tc>
          <w:tcPr>
            <w:tcW w:type="dxa" w:w="7370"/>
          </w:tcPr>
          <w:p>
            <w:pPr>
              <w:bidi/>
              <w:jc w:val="right"/>
            </w:pPr>
            <w:r>
              <w:rPr>
                <w:rFonts w:ascii="Arial" w:hAnsi="Arial" w:cs="Arial" w:eastAsia="Arial" w:hint="cs"/>
                <w:sz w:val="22"/>
                <w:szCs w:val="22"/>
                <w:rtl/>
              </w:rPr>
              <w:t>הצלחה שהגיעה מתוך מאמץ</w:t>
            </w:r>
          </w:p>
        </w:tc>
      </w:tr>
      <w:tr>
        <w:tc>
          <w:tcPr>
            <w:tcW w:type="dxa" w:w="2268"/>
          </w:tcPr>
          <w:p>
            <w:pPr>
              <w:bidi/>
              <w:jc w:val="right"/>
            </w:pPr>
            <w:r>
              <w:rPr>
                <w:rFonts w:ascii="Arial" w:hAnsi="Arial" w:cs="Arial" w:eastAsia="Arial" w:hint="cs"/>
                <w:sz w:val="22"/>
                <w:szCs w:val="22"/>
                <w:rtl/>
              </w:rPr>
              <w:t>ממוצע</w:t>
            </w:r>
          </w:p>
        </w:tc>
        <w:tc>
          <w:tcPr>
            <w:tcW w:type="dxa" w:w="7370"/>
          </w:tcPr>
          <w:p>
            <w:pPr>
              <w:bidi/>
              <w:jc w:val="right"/>
            </w:pPr>
            <w:r>
              <w:rPr>
                <w:rFonts w:ascii="Arial" w:hAnsi="Arial" w:cs="Arial" w:eastAsia="Arial" w:hint="cs"/>
                <w:sz w:val="22"/>
                <w:szCs w:val="22"/>
                <w:rtl/>
              </w:rPr>
              <w:t>המספר שמקבלים כשמחברים ציונים ומחלקים במספרם</w:t>
            </w:r>
          </w:p>
        </w:tc>
      </w:tr>
      <w:tr>
        <w:tc>
          <w:tcPr>
            <w:tcW w:type="dxa" w:w="2268"/>
          </w:tcPr>
          <w:p>
            <w:pPr>
              <w:bidi/>
              <w:jc w:val="right"/>
            </w:pPr>
            <w:r>
              <w:rPr>
                <w:rFonts w:ascii="Arial" w:hAnsi="Arial" w:cs="Arial" w:eastAsia="Arial" w:hint="cs"/>
                <w:sz w:val="22"/>
                <w:szCs w:val="22"/>
                <w:rtl/>
              </w:rPr>
              <w:t>תמימה</w:t>
            </w:r>
          </w:p>
        </w:tc>
        <w:tc>
          <w:tcPr>
            <w:tcW w:type="dxa" w:w="7370"/>
          </w:tcPr>
          <w:p>
            <w:pPr>
              <w:bidi/>
              <w:jc w:val="right"/>
            </w:pPr>
            <w:r>
              <w:rPr>
                <w:rFonts w:ascii="Arial" w:hAnsi="Arial" w:cs="Arial" w:eastAsia="Arial" w:hint="cs"/>
                <w:sz w:val="22"/>
                <w:szCs w:val="22"/>
                <w:rtl/>
              </w:rPr>
              <w:t>בלי כוונה רעה</w:t>
            </w:r>
          </w:p>
        </w:tc>
      </w:tr>
      <w:tr>
        <w:tc>
          <w:tcPr>
            <w:tcW w:type="dxa" w:w="2268"/>
          </w:tcPr>
          <w:p>
            <w:pPr>
              <w:bidi/>
              <w:jc w:val="right"/>
            </w:pPr>
            <w:r>
              <w:rPr>
                <w:rFonts w:ascii="Arial" w:hAnsi="Arial" w:cs="Arial" w:eastAsia="Arial" w:hint="cs"/>
                <w:sz w:val="22"/>
                <w:szCs w:val="22"/>
                <w:rtl/>
              </w:rPr>
              <w:t>משקולת</w:t>
            </w:r>
          </w:p>
        </w:tc>
        <w:tc>
          <w:tcPr>
            <w:tcW w:type="dxa" w:w="7370"/>
          </w:tcPr>
          <w:p>
            <w:pPr>
              <w:bidi/>
              <w:jc w:val="right"/>
            </w:pPr>
            <w:r>
              <w:rPr>
                <w:rFonts w:ascii="Arial" w:hAnsi="Arial" w:cs="Arial" w:eastAsia="Arial" w:hint="cs"/>
                <w:sz w:val="22"/>
                <w:szCs w:val="22"/>
                <w:rtl/>
              </w:rPr>
              <w:t>דבר כבד שמכביד</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קרה לעידו כשקיבל את המבחן, ומה הייתה הסיבה?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לפי הכותב, מאילו שלושה כיוונים מגיע לחץ הציונים?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מציע הכותב להורים? [איתור מידע]</w:t>
      </w:r>
    </w:p>
    <w:p>
      <w:pPr>
        <w:bidi/>
        <w:jc w:val="right"/>
      </w:pPr>
      <w:r>
        <w:rPr>
          <w:rFonts w:ascii="Arial" w:hAnsi="Arial" w:cs="Arial" w:eastAsia="Arial" w:hint="cs"/>
          <w:sz w:val="24"/>
          <w:szCs w:val="24"/>
          <w:rtl/>
        </w:rPr>
        <w:t xml:space="preserve">      ○ א. לשאול קודם "מה היה קשה?" ו"מה למדת?", ורק אחר כך על הציון</w:t>
      </w:r>
    </w:p>
    <w:p>
      <w:pPr>
        <w:bidi/>
        <w:jc w:val="right"/>
      </w:pPr>
      <w:r>
        <w:rPr>
          <w:rFonts w:ascii="Arial" w:hAnsi="Arial" w:cs="Arial" w:eastAsia="Arial" w:hint="cs"/>
          <w:sz w:val="24"/>
          <w:szCs w:val="24"/>
          <w:rtl/>
        </w:rPr>
        <w:t xml:space="preserve">      ○ ב. לא לשאול כלום על בית הספר</w:t>
      </w:r>
    </w:p>
    <w:p>
      <w:pPr>
        <w:bidi/>
        <w:jc w:val="right"/>
      </w:pPr>
      <w:r>
        <w:rPr>
          <w:rFonts w:ascii="Arial" w:hAnsi="Arial" w:cs="Arial" w:eastAsia="Arial" w:hint="cs"/>
          <w:sz w:val="24"/>
          <w:szCs w:val="24"/>
          <w:rtl/>
        </w:rPr>
        <w:t xml:space="preserve">      ○ ג. לתת פרס על כל מאה</w:t>
      </w:r>
    </w:p>
    <w:p>
      <w:pPr>
        <w:bidi/>
        <w:jc w:val="right"/>
      </w:pPr>
      <w:r>
        <w:rPr>
          <w:rFonts w:ascii="Arial" w:hAnsi="Arial" w:cs="Arial" w:eastAsia="Arial" w:hint="cs"/>
          <w:sz w:val="24"/>
          <w:szCs w:val="24"/>
          <w:rtl/>
        </w:rPr>
        <w:t xml:space="preserve">      ○ ד. לבטל את המבחנים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למה מתכוון הכותב במשפט "כשהראש מלא בפחד, אין בו מקום לחשוב"? הביאו דוגמה מהטקסט.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המשמעות של הביטוי "משקולת על הכתפיים" בטור? [הבנה ופרשנות]</w:t>
      </w:r>
    </w:p>
    <w:p>
      <w:pPr>
        <w:bidi/>
        <w:jc w:val="right"/>
      </w:pPr>
      <w:r>
        <w:rPr>
          <w:rFonts w:ascii="Arial" w:hAnsi="Arial" w:cs="Arial" w:eastAsia="Arial" w:hint="cs"/>
          <w:sz w:val="24"/>
          <w:szCs w:val="24"/>
          <w:rtl/>
        </w:rPr>
        <w:t xml:space="preserve">      ○ א. תיק כבד מדי</w:t>
      </w:r>
    </w:p>
    <w:p>
      <w:pPr>
        <w:bidi/>
        <w:jc w:val="right"/>
      </w:pPr>
      <w:r>
        <w:rPr>
          <w:rFonts w:ascii="Arial" w:hAnsi="Arial" w:cs="Arial" w:eastAsia="Arial" w:hint="cs"/>
          <w:sz w:val="24"/>
          <w:szCs w:val="24"/>
          <w:rtl/>
        </w:rPr>
        <w:t xml:space="preserve">      ○ ב. תרגיל בשיעור ספורט</w:t>
      </w:r>
    </w:p>
    <w:p>
      <w:pPr>
        <w:bidi/>
        <w:jc w:val="right"/>
      </w:pPr>
      <w:r>
        <w:rPr>
          <w:rFonts w:ascii="Arial" w:hAnsi="Arial" w:cs="Arial" w:eastAsia="Arial" w:hint="cs"/>
          <w:sz w:val="24"/>
          <w:szCs w:val="24"/>
          <w:rtl/>
        </w:rPr>
        <w:t xml:space="preserve">      ○ ג. פרס על הצלחה</w:t>
      </w:r>
    </w:p>
    <w:p>
      <w:pPr>
        <w:bidi/>
        <w:jc w:val="right"/>
      </w:pPr>
      <w:r>
        <w:rPr>
          <w:rFonts w:ascii="Arial" w:hAnsi="Arial" w:cs="Arial" w:eastAsia="Arial" w:hint="cs"/>
          <w:sz w:val="24"/>
          <w:szCs w:val="24"/>
          <w:rtl/>
        </w:rPr>
        <w:t xml:space="preserve">      ○ ד. תחושה של עומס ולחץ שמכבידים</w:t>
      </w:r>
    </w:p>
    <w:p>
      <w:pPr>
        <w:bidi/>
        <w:jc w:val="right"/>
      </w:pPr>
      <w:r>
        <w:rPr>
          <w:rFonts w:ascii="Arial" w:hAnsi="Arial" w:cs="Arial" w:eastAsia="Arial" w:hint="cs"/>
          <w:b/>
          <w:sz w:val="24"/>
          <w:szCs w:val="24"/>
          <w:bCs/>
          <w:rtl/>
        </w:rPr>
        <w:t>6. הכותב מסיים את הטור בסיפור על החיבוק של אבא של עידו. מה הוא רוצה שהקוראים יסיקו מכך?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"קצת לחץ" לבין "לחץ גדול מדי" לפי הטור. מה ההשפעה של כל אחד?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הכותב מציע שמורים יכתבו על כל מבחן גם משפט על מה שהצליח ועל מה אפשר לשפר. האם לדעתכם זה יפחית את הלחץ? נמקו והביאו פרט מהטור או מניסיונכם.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טור תגובה קצר (8–10 שורות) מנקודת מבט של הורה או של מורה, שמגיב לטענות הכותב: הסכימו עם טענה אחת והתווכחו עם טענה אחרת.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מאה זה לא הכול: מכתב פתוח על לחץ הציונים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