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🐶 חבר עם ארבע רגליים: האם חיות מחמד משפרות את מצב הרוח?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טקסט מידעי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איך קוראים לכלב של נטע?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שוקו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מלך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פלפל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פלפל.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עוזר להירגע, לפי המחקרים?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ללטף כלב או חתול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לצעוק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לא לישון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ללטף כלב או חתול.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דבר אחד שצריך לבדוק לפני שמאמצים. – </w:t>
      </w:r>
      <w:r>
        <w:rPr>
          <w:rFonts w:ascii="Arial" w:hAnsi="Arial" w:cs="Arial" w:eastAsia="Arial" w:hint="cs"/>
          <w:sz w:val="22"/>
          <w:szCs w:val="22"/>
          <w:rtl/>
        </w:rPr>
        <w:t>מי יטייל עם הכלב / מי ישלם / אלרגיה / חופשות.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עשתה נטע כדי לשכנע את ההורים? – </w:t>
      </w:r>
      <w:r>
        <w:rPr>
          <w:rFonts w:ascii="Arial" w:hAnsi="Arial" w:cs="Arial" w:eastAsia="Arial" w:hint="cs"/>
          <w:sz w:val="22"/>
          <w:szCs w:val="22"/>
          <w:rtl/>
        </w:rPr>
        <w:t>טיילה כל יום עם הכלב של השכנה.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"אם הייתה לי חיית מחמד, הייתי דואג/ת לה כך: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לא פשוטה, יש בה כמה צדדים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מאולפים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לקחת בעל חיים הביתה ולדאוג לו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מורכבת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שלימדו אותם להתנהג בצורה מסוימת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בן לוויה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מי שנמצא איתך והולך איתך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שגרה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שאלות ששואלים הרבה אנשים כדי לדעת מה הם חושבים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לאמץ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סדר יום קבוע שחוזר כל יום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נטע בת 12. יש לה כלב בשם פלפל. כשהיא חוזרת עצובה, פלפל קופץ עליה בשמחה, והיא מרגישה טוב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מחקרים מצאו שליטוף של כלב או חתול יכול להרגיע. בעלי כלבים גם יוצאים יותר להליכות.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אבל חיית מחמד היא לא תרופה. צריך לדאוג לה כל יום.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למה זה עוזר? החיה מקבלת אותנו כמו שאנחנו. יש שגרה קבועה. אנחנו לומדים אחריות.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לפני שמאמצים צריך לשאול: מי יטייל עם הכלב? מי ישלם? זו החלטה של כל המשפחה.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שאלות ששואלים הרבה אנשים כדי לדעת מה הם חושבים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מאולפים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שלימדו אותם להתנהג בצורה מסוימת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מורכבת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לא פשוטה, יש בה כמה צדדים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בן לוויה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 שנמצא איתך והולך איתך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שגרה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סדר יום קבוע שחוזר כל יום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לאמץ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לקחת בעל חיים הביתה ולדאוג לו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איך קוראים לכלב של נטע?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שוקו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מלך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פלפל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עוזר להירגע, לפי המחקרים?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ללטף כלב או חתול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לצעוק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לא לישון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דבר אחד שצריך לבדוק לפני שמאמצים.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עשתה נטע כדי לשכנע את ההורים?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"אם הייתה לי חיית מחמד, הייתי דואג/ת לה כך: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לא פשוטה, יש בה כמה צדדים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מאולפים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לקחת בעל חיים הביתה ולדאוג לו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מורכבת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שלימדו אותם להתנהג בצורה מסוימת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בן לוויה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מי שנמצא איתך והולך איתך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שגרה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שאלות ששואלים הרבה אנשים כדי לדעת מה הם חושבים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לאמץ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סדר יום קבוע שחוזר כל יום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🐶 חבר עם ארבע רגליים: האם חיות מחמד משפרות את מצב הרוח?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