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👟 מכנסיים רחבים, נעלי בד וסיכות בשיער: האופנה שחוזרת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שמלה ארוכה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מכנסיים רחבים ונעלי בד.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בגדים עגולים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בגדים ישנים חוזרים להיות באופנה.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סיבה אחת לכך שהאופנה חוזרת. – </w:t>
      </w:r>
      <w:r>
        <w:rPr>
          <w:rFonts w:ascii="Arial" w:hAnsi="Arial" w:cs="Arial" w:eastAsia="Arial" w:hint="cs"/>
          <w:sz w:val="22"/>
          <w:szCs w:val="22"/>
          <w:rtl/>
        </w:rPr>
        <w:t>געגוע / חברות רוצות למכור / רצון להיות שונים.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ב"יריד החלפות"? – </w:t>
      </w:r>
      <w:r>
        <w:rPr>
          <w:rFonts w:ascii="Arial" w:hAnsi="Arial" w:cs="Arial" w:eastAsia="Arial" w:hint="cs"/>
          <w:sz w:val="22"/>
          <w:szCs w:val="22"/>
          <w:rtl/>
        </w:rPr>
        <w:t>מביאים בגד ולוקחים בגד אחר.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"בגד ישן שהייתי רוצה ללבוש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שינוי קטן שמראה מי אני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שצריך כדי לייצר: מים, אנרגיה, חומרים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נגיעה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מההתחלה, בלי שום דבר קיים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עדי מצאה תמונה ישנה של אמא שלה בגיל 13. אמא לבשה מכנסיים רחבים ונעלי בד – בדיוק כמו עדי היום!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מעצבים קוראים לזה "מעגל האופנה": בגדים נעלמים, ואחרי שנים הם חוזרים.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למה? יש שלוש סיבות: געגוע לתקופה ישנה, חברות שרוצות למכור "חדש", ורצון של בני נוער להיות שונים.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יש בני נוער שלובשים בגדים של ההורים. זו גם דרך לדבר עם ההורים על העבר.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לבגדים ישנים יש גם יתרון לסביבה: לא צריך לייצר בגד חדש. יש בתי ספר שעושים "יריד החלפות".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יוצא דופן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סגנון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געגוע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מאפס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מההתחלה, בלי שום דבר 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דברים שצריך כדי לייצר: מים, אנרגיה, חומרים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נגיעה אישית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שינוי קטן שמראה מי אני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שמלה ארוכה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בגדים עגולים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סיבה אחת לכך שהאופנה חוזרת.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ב"יריד החלפות"?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"בגד ישן שהייתי רוצה ללבוש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שינוי קטן שמראה מי אני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שצריך כדי לייצר: מים, אנרגיה, חומרים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נגיעה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מההתחלה, בלי שום דבר קיים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👟 מכנסיים רחבים, נעלי בד וסיכות בשיער: האופנה שחוזרת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