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👧 האח הגדול זה לא תפקיד, זו עבודה במשרה מלאה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טור דעה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על מי הדס שומרת?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על שני האחים הקטנים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על הכלב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על חברה מהכיתה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על שני האחים הקטנים שלה.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הכי קשה להדס?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הבישול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הקריאה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ג. האחריות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האחריות.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כתבו דבר אחד שהדס למדה. – </w:t>
      </w:r>
      <w:r>
        <w:rPr>
          <w:rFonts w:ascii="Arial" w:hAnsi="Arial" w:cs="Arial" w:eastAsia="Arial" w:hint="cs"/>
          <w:sz w:val="22"/>
          <w:szCs w:val="22"/>
          <w:rtl/>
        </w:rPr>
        <w:t>לבשל / להרגיע ילד / להמציא משחקים.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מה הדס מבקשת מההורים? כתבו בקשה אחת. – </w:t>
      </w:r>
      <w:r>
        <w:rPr>
          <w:rFonts w:ascii="Arial" w:hAnsi="Arial" w:cs="Arial" w:eastAsia="Arial" w:hint="cs"/>
          <w:sz w:val="22"/>
          <w:szCs w:val="22"/>
          <w:rtl/>
        </w:rPr>
        <w:t>שיגידו תודה / יום חופשי / שיזכרו שהיא ילדה.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"בבית אני עוזר/ת ב___, ואני מרגיש/ה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להשגיח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שווים מאוד, אי אפשר לקנות אותם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לשמור ולהסתכל שלא יקרה משהו רע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נשרטה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להחליט לא לקחת או לא לעשות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מתלוננת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אומרת שמשהו לא טוב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אין להם מחיר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להיות זה שדואג ושצריך לתת תשובה אם משהו קורה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לוותר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נפצעה קצת, קיבלה שריטה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הדס בת 12 וחצי. יש לה שני אחים קטנים. ההורים עובדים, ולכן שלוש פעמים בשבוע היא שומרת עליהם.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זה לא קל. שני האחים רוצים דברים שונים. גם הדס צריכה לעשות שיעורי בית.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הדבר הקשה ביותר הוא האחריות. פעם אחותה נפלה, והדס הרגישה שהיא אשמה.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אבל הדס גם למדה הרבה: לבשל, להרגיע, להמציא משחקים. היא אוהבת את הרגעים שבהם האחים שמחים בה.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הדס מבקשת: שיגידו לה תודה, שיהיה לה יום חופשי, ושיזכרו שהיא עדיין ילדה.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להשגיח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לשמור ולהסתכל שלא יקרה משהו רע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אחריות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להיות זה שדואג ושצריך לתת תשובה אם משהו קורה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נשרטה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נפצעה קצת, קיבלה שריטה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מתלוננת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אומרת שמשהו לא טוב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אין להם מחיר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שווים מאוד, אי אפשר לקנות אותם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לוותר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להחליט לא לקחת או לא לעשות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על מי הדס שומרת?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על שני האחים הקטנים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על הכלב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על חברה מהכיתה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הכי קשה להדס?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הבישול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הקריאה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האחריות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כתבו דבר אחד שהדס למדה.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מה הדס מבקשת מההורים? כתבו בקשה אחת.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"בבית אני עוזר/ת ב___, ואני מרגיש/ה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להשגיח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שווים מאוד, אי אפשר לקנות אותם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לשמור ולהסתכל שלא יקרה משהו רע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נשרטה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להחליט לא לקחת או לא לעשות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מתלוננת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אומרת שמשהו לא טוב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אין להם מחיר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להיות זה שדואג ושצריך לתת תשובה אם משהו קורה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לוותר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נפצעה קצת, קיבלה שריטה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👧 האח הגדול זה לא תפקיד, זו עבודה במשרה מלאה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