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🤝 "גיליתי שגם אני יכולה לתת": ראיון עם מתנדבת בת 13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ראיון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עושה תמר בגן?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מנקה את החצר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מבשלת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קוראת סיפורים לילדים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קוראת סיפורים לילדים.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היה הכי קשה לתמר?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לדבר עם ליה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למצוא זמן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לקרוא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למצוא זמן.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תמר קיבלה מההתנדבות? כתבו דבר אחד. – </w:t>
      </w:r>
      <w:r>
        <w:rPr>
          <w:rFonts w:ascii="Arial" w:hAnsi="Arial" w:cs="Arial" w:eastAsia="Arial" w:hint="cs"/>
          <w:sz w:val="22"/>
          <w:szCs w:val="22"/>
          <w:rtl/>
        </w:rPr>
        <w:t>ביטחון / סבלנות / סדר.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ציירה ליה לתמר? – </w:t>
      </w:r>
      <w:r>
        <w:rPr>
          <w:rFonts w:ascii="Arial" w:hAnsi="Arial" w:cs="Arial" w:eastAsia="Arial" w:hint="cs"/>
          <w:sz w:val="22"/>
          <w:szCs w:val="22"/>
          <w:rtl/>
        </w:rPr>
        <w:t>שתי ילדות עם ספר גדול, ומילה "תודה".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"אני יכול/ה לעזור ל___ ב___."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נתפסתי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מרגישה לא נוח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לתכנן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משהו שחייבים לעשות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מתביישת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להחליט לפני מה עושים ומתי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היכולת לחכות ולהישאר רגועים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גוזלת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התאהבתי בזה ולא יכולתי להפסיק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לוקחת (בלי רשות או יותר מדי)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תמר בת 13. היא מתנדבת. פעם בשבוע היא קוראת סיפורים לילדי גן. פעם בחודש היא עוזרת לחלק סלי מזון למשפחות.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היא התחילה כי המחנכת סיפרה על גן שצריך עזרה. ילדה קטנה, ליה, ביקשה שתבוא שוב.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מה קשה? הזמן. תמר למדה לתכנן את השבוע מראש. כך היא גם נעשתה מסודרת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מה היא קיבלה? ביטחון וסבלנות. היום היא קוראת מול עשרים ילדים ולא מפחדת.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העצה שלה: להתחיל בקטן, לבחור משהו שאוהבים, ולהביא חבר.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נתפסתי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התאהבתי בזה ולא יכולתי להפסיק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לתכנן מראש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להחליט לפני מה עושים ומתי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מתביישת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מרגישה לא נוח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סבלנות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היכולת לחכות ולהישאר רגועים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גוזלת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לוקחת (בלי רשות או יותר מדי)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חובה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שחייבים לעשות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עושה תמר בגן?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מנקה את החצר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מבשלת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קוראת סיפורים לילדים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היה הכי קשה לתמר?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לדבר עם ליה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למצוא זמן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לקרוא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תמר קיבלה מההתנדבות? כתבו דבר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ציירה ליה לתמר?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"אני יכול/ה לעזור ל___ ב___."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נתפסתי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מרגישה לא נוח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לתכנן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משהו שחייבים לעשות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מתביישת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להחליט לפני מה עושים ומתי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היכולת לחכות ולהישאר רגועים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גוזלת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התאהבתי בזה ולא יכולתי להפסיק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לוקחת (בלי רשות או יותר מדי)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🤝 "גיליתי שגם אני יכולה לתת": ראיון עם מתנדבת בת 13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