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 w:eastAsia="Arial" w:hint="cs"/>
          <w:b/>
          <w:color w:val="4B2BA8"/>
          <w:sz w:val="40"/>
          <w:szCs w:val="40"/>
          <w:bCs/>
          <w:rtl/>
        </w:rPr>
        <w:t>🧗 גבוה, מהר, חזק: למה ילדים בני 12 מטפסים על קירות?</w:t>
      </w:r>
    </w:p>
    <w:p>
      <w:pPr>
        <w:bidi/>
        <w:jc w:val="right"/>
      </w:pPr>
      <w:r>
        <w:rPr>
          <w:rFonts w:ascii="Arial" w:hAnsi="Arial" w:cs="Arial" w:eastAsia="Arial" w:hint="cs"/>
          <w:color w:val="555555"/>
          <w:sz w:val="22"/>
          <w:szCs w:val="22"/>
          <w:rtl/>
        </w:rPr>
        <w:t>מאגר טקסטים לכיתה ז׳ · כתבה · גרסה: עולים</w:t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📘 מהדורה למורה – מפתח תשובות</w:t>
      </w: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המהדורה למורה מופיעה בעמוד הראשון. דפי התלמיד מתחילים בעמוד הבא. בשאלות פתוחות – תשובה לדוגמה ומחוון; כל תשובה מנומקת מהטקסט מתקבלת.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שחייה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1: </w:t>
      </w:r>
      <w:r>
        <w:rPr>
          <w:rFonts w:ascii="Arial" w:hAnsi="Arial" w:cs="Arial" w:eastAsia="Arial" w:hint="cs"/>
          <w:sz w:val="22"/>
          <w:szCs w:val="22"/>
          <w:rtl/>
        </w:rPr>
        <w:t>טיפוס על קיר.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2B8A3E"/>
          <w:sz w:val="24"/>
          <w:szCs w:val="24"/>
          <w:bCs/>
          <w:rtl/>
        </w:rPr>
        <w:t xml:space="preserve">      ●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לשבת בשקט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2: </w:t>
      </w:r>
      <w:r>
        <w:rPr>
          <w:rFonts w:ascii="Arial" w:hAnsi="Arial" w:cs="Arial" w:eastAsia="Arial" w:hint="cs"/>
          <w:sz w:val="22"/>
          <w:szCs w:val="22"/>
          <w:rtl/>
        </w:rPr>
        <w:t>להתמודד עם פחד, להצליח ולסמוך על אחרים.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3: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כתבו כלל בטיחות אחד מהטקסט. – </w:t>
      </w:r>
      <w:r>
        <w:rPr>
          <w:rFonts w:ascii="Arial" w:hAnsi="Arial" w:cs="Arial" w:eastAsia="Arial" w:hint="cs"/>
          <w:sz w:val="22"/>
          <w:szCs w:val="22"/>
          <w:rtl/>
        </w:rPr>
        <w:t>כל ציוד נבדק פעמיים.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4: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למה מחאו כפיים לאביב? – </w:t>
      </w:r>
      <w:r>
        <w:rPr>
          <w:rFonts w:ascii="Arial" w:hAnsi="Arial" w:cs="Arial" w:eastAsia="Arial" w:hint="cs"/>
          <w:sz w:val="22"/>
          <w:szCs w:val="22"/>
          <w:rtl/>
        </w:rPr>
        <w:t>כי הוא קם אחרי שנפל.</w:t>
      </w:r>
    </w:p>
    <w:p>
      <w:pPr>
        <w:bidi/>
        <w:jc w:val="right"/>
        <w:shd w:val="clear" w:fill="EBFBEE"/>
      </w:pPr>
      <w:r>
        <w:rPr>
          <w:rFonts w:ascii="Arial" w:hAnsi="Arial" w:cs="Arial" w:eastAsia="Arial" w:hint="cs"/>
          <w:b/>
          <w:color w:val="2B8A3E"/>
          <w:sz w:val="22"/>
          <w:szCs w:val="22"/>
          <w:bCs/>
          <w:rtl/>
        </w:rPr>
        <w:t xml:space="preserve">תשובה 5: </w:t>
      </w:r>
      <w:r>
        <w:rPr>
          <w:rFonts w:ascii="Arial" w:hAnsi="Arial" w:cs="Arial" w:eastAsia="Arial" w:hint="cs"/>
          <w:i/>
          <w:sz w:val="22"/>
          <w:szCs w:val="22"/>
          <w:iCs/>
          <w:rtl/>
        </w:rPr>
        <w:t xml:space="preserve">השלימו: "אתגר שאני רוצה לנסות הוא ___ כי ___." – </w:t>
      </w:r>
      <w:r>
        <w:rPr>
          <w:rFonts w:ascii="Arial" w:hAnsi="Arial" w:cs="Arial" w:eastAsia="Arial" w:hint="cs"/>
          <w:sz w:val="22"/>
          <w:szCs w:val="22"/>
          <w:rtl/>
        </w:rPr>
        <w:t>תשובה אישית.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רתמה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עוברים את הגבול, הם יותר מ...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חורגים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לדאוג למשהו או למישהו ולעשות את מה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להציב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להחליט מה רוצים להשיג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משהו שהולך ומתרחב, שיותר ויותר אנשים עושים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📗 דף התלמיד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שם: ____________________   כיתה: ________   תאריך: ____________</w:t>
      </w:r>
    </w:p>
    <w:p>
      <w:pPr>
        <w:bidi/>
        <w:jc w:val="right"/>
        <w:shd w:val="clear" w:fill="FFF7E0"/>
      </w:pPr>
      <w:r>
        <w:rPr>
          <w:rFonts w:ascii="Arial" w:hAnsi="Arial" w:cs="Arial" w:eastAsia="Arial" w:hint="cs"/>
          <w:i/>
          <w:sz w:val="24"/>
          <w:szCs w:val="24"/>
          <w:iCs/>
          <w:rtl/>
        </w:rPr>
        <w:t>קִראו את הטקסט. מילים קשות מוסברות במילון בסוף הטקסט.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(א) </w:t>
      </w:r>
      <w:r>
        <w:rPr>
          <w:rFonts w:ascii="Arial" w:hAnsi="Arial" w:cs="Arial" w:eastAsia="Arial" w:hint="cs"/>
          <w:sz w:val="24"/>
          <w:szCs w:val="24"/>
          <w:rtl/>
        </w:rPr>
        <w:t>מאיה בת 12 וחצי. היא מטפסת על קיר גבוה. בפעם הראשונה היא נתקעה ורעדו לה הרגליים. היום היא מגיעה עד למעלה.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(ב) </w:t>
      </w:r>
      <w:r>
        <w:rPr>
          <w:rFonts w:ascii="Arial" w:hAnsi="Arial" w:cs="Arial" w:eastAsia="Arial" w:hint="cs"/>
          <w:sz w:val="24"/>
          <w:szCs w:val="24"/>
          <w:rtl/>
        </w:rPr>
        <w:t>יותר ויותר ילדים בגיל 12–13 בוחרים בספורט עם אתגר: טיפוס, ג'ודו, פארק חבלים.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(ג) </w:t>
      </w:r>
      <w:r>
        <w:rPr>
          <w:rFonts w:ascii="Arial" w:hAnsi="Arial" w:cs="Arial" w:eastAsia="Arial" w:hint="cs"/>
          <w:sz w:val="24"/>
          <w:szCs w:val="24"/>
          <w:rtl/>
        </w:rPr>
        <w:t>למה? הם מרגישים הצלחה אישית. הם לומדים להתמודד עם פחד. וגם – זה כיף ואין בזה מסכים.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(ד) </w:t>
      </w:r>
      <w:r>
        <w:rPr>
          <w:rFonts w:ascii="Arial" w:hAnsi="Arial" w:cs="Arial" w:eastAsia="Arial" w:hint="cs"/>
          <w:sz w:val="24"/>
          <w:szCs w:val="24"/>
          <w:rtl/>
        </w:rPr>
        <w:t>המאמנת אומרת: חשוב לבדוק גבולות במקום בטוח. יש חבל, יש מדריך ויש כללים. כל ציוד נבדק פעמיים.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7C4DFF"/>
          <w:sz w:val="24"/>
          <w:szCs w:val="24"/>
          <w:bCs/>
          <w:rtl/>
        </w:rPr>
        <w:t xml:space="preserve">(ה) </w:t>
      </w:r>
      <w:r>
        <w:rPr>
          <w:rFonts w:ascii="Arial" w:hAnsi="Arial" w:cs="Arial" w:eastAsia="Arial" w:hint="cs"/>
          <w:sz w:val="24"/>
          <w:szCs w:val="24"/>
          <w:rtl/>
        </w:rPr>
        <w:t>אביב אומר: "כשנפלתי, כולם מחאו כפיים. לא בגלל שנפלתי – בגלל שקמתי."</w:t>
      </w:r>
    </w:p>
    <w:p>
      <w:pPr>
        <w:bidi/>
        <w:jc w:val="right"/>
      </w:pPr>
      <w:r>
        <w:rPr>
          <w:rFonts w:ascii="Arial" w:hAnsi="Arial" w:cs="Arial" w:eastAsia="Arial" w:hint="cs"/>
          <w:b/>
          <w:color w:val="0CA678"/>
          <w:sz w:val="24"/>
          <w:szCs w:val="24"/>
          <w:bCs/>
          <w:rtl/>
        </w:rPr>
        <w:t>📖 מילון מילים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7370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פירוש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רתמה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מגמה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משהו שהולך ומתרחב, שיותר ויותר אנשים עושים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חורגים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עוברים את הגבול, הם יותר מ...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להציב מטרה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להחליט מה רוצים להשיג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7370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לדאוג למשהו או למישהו ולעשות את מה שצריך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 w:eastAsia="Arial" w:hint="cs"/>
          <w:b/>
          <w:color w:val="6A3FD4"/>
          <w:sz w:val="32"/>
          <w:szCs w:val="32"/>
          <w:bCs/>
          <w:rtl/>
        </w:rPr>
        <w:t>✏️ שאלות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🔎 איתור מידע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🧩 הבנה והסקה</w:t>
            </w:r>
          </w:p>
        </w:tc>
        <w:tc>
          <w:tcPr>
            <w:tcW w:type="dxa" w:w="336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0"/>
                <w:szCs w:val="20"/>
                <w:bCs/>
                <w:rtl/>
              </w:rPr>
              <w:t>💭 חושבים ומרגישים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כתובה במפורש בטקסט – מאתרים אותה.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התשובה לא כתובה במפורש – מחברים רמזים ומסיקים.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0"/>
                <w:szCs w:val="20"/>
                <w:rtl/>
              </w:rPr>
              <w:t>מביעים עמדה ומנמקים לפי הטקסט ולפי מה שאנחנו חושבים.</w:t>
            </w:r>
          </w:p>
        </w:tc>
      </w:tr>
    </w:tbl>
    <w:p>
      <w:pPr>
        <w:bidi/>
        <w:jc w:val="right"/>
      </w:pPr>
    </w:p>
    <w:p>
      <w:pPr>
        <w:bidi/>
        <w:jc w:val="right"/>
        <w:shd w:val="clear" w:fill="EEF8FF"/>
      </w:pPr>
      <w:r>
        <w:rPr>
          <w:rFonts w:ascii="Arial" w:hAnsi="Arial" w:cs="Arial" w:eastAsia="Arial" w:hint="cs"/>
          <w:sz w:val="22"/>
          <w:szCs w:val="22"/>
          <w:rtl/>
        </w:rPr>
        <w:t>לפני כל תשובה שאלו את עצמכם: מה כבר נתון בשאלה? מה נשאר לי לברר? סמנו את מילות ההוראה (ציינו, הסבירו, השוו, נמקו).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1. איזה ספורט עושה מאיה?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טיפוס על קיר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כדורגל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שחייה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2. מה הילדים לומדים בספורט אתגרי?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א. להתמודד עם פחד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ב. לשחק במחשב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 xml:space="preserve">      ○ ג. לשבת בשקט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3. כתבו כלל בטיחות אחד מהטקסט.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4. למה מחאו כפיים לאביב?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b/>
          <w:sz w:val="24"/>
          <w:szCs w:val="24"/>
          <w:bCs/>
          <w:rtl/>
        </w:rPr>
        <w:t>5. השלימו: "אתגר שאני רוצה לנסות הוא ___ כי ___."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color w:val="999999"/>
          <w:sz w:val="24"/>
          <w:szCs w:val="24"/>
          <w:rtl/>
        </w:rPr>
        <w:t>________________________________________________________________________</w:t>
      </w: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4B2BA8"/>
          <w:sz w:val="26"/>
          <w:szCs w:val="26"/>
          <w:bCs/>
          <w:rtl/>
        </w:rPr>
        <w:t>משימה נוספת – התאימו כל מילה להסבר שלה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64"/>
        <w:gridCol w:w="3364"/>
        <w:gridCol w:w="3364"/>
      </w:tblGrid>
      <w:tr>
        <w:tc>
          <w:tcPr>
            <w:tcW w:type="dxa" w:w="2268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מילה</w:t>
            </w:r>
          </w:p>
        </w:tc>
        <w:tc>
          <w:tcPr>
            <w:tcW w:type="dxa" w:w="1134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אות</w:t>
            </w:r>
          </w:p>
        </w:tc>
        <w:tc>
          <w:tcPr>
            <w:tcW w:type="dxa" w:w="6236"/>
            <w:shd w:val="clear" w:fill="EFE7FF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b/>
                <w:sz w:val="22"/>
                <w:szCs w:val="22"/>
                <w:bCs/>
                <w:rtl/>
              </w:rPr>
              <w:t>הסבר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רתמה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א. חגורה מיוחדת שמחברים אליה את החבל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מגמה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ב. הצלחה שהשגת במאמץ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הישג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ג. עוברים את הגבול, הם יותר מ...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חורגים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ד. לדאוג למשהו או למישהו ולעשות את מה שצריך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להציב מטרה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ה. להחליט מה רוצים להשיג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____</w:t>
            </w:r>
          </w:p>
        </w:tc>
        <w:tc>
          <w:tcPr>
            <w:tcW w:type="dxa" w:w="6236"/>
          </w:tcPr>
          <w:p>
            <w:pPr>
              <w:bidi/>
              <w:jc w:val="right"/>
            </w:pPr>
            <w:r>
              <w:rPr>
                <w:rFonts w:ascii="Arial" w:hAnsi="Arial" w:cs="Arial" w:eastAsia="Arial" w:hint="cs"/>
                <w:sz w:val="22"/>
                <w:szCs w:val="22"/>
                <w:rtl/>
              </w:rPr>
              <w:t>ו. משהו שהולך ומתרחב, שיותר ויותר אנשים עושים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 w:eastAsia="Arial" w:hint="cs"/>
          <w:b/>
          <w:color w:val="E8590C"/>
          <w:sz w:val="28"/>
          <w:szCs w:val="28"/>
          <w:bCs/>
          <w:rtl/>
        </w:rPr>
        <w:t>🎟️ כרטיס יציאה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דבר אחד חדש שלמדתי מהטקסט: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שאלה שעדיין יש לי: ____________________________________</w:t>
      </w:r>
    </w:p>
    <w:p>
      <w:pPr>
        <w:bidi/>
        <w:jc w:val="right"/>
      </w:pPr>
      <w:r>
        <w:rPr>
          <w:rFonts w:ascii="Arial" w:hAnsi="Arial" w:cs="Arial" w:eastAsia="Arial" w:hint="cs"/>
          <w:sz w:val="24"/>
          <w:szCs w:val="24"/>
          <w:rtl/>
        </w:rPr>
        <w:t>איך הרגשתי בעבודה על הטקסט?   😀   🙂   😐   🙁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 w:eastAsia="Arial" w:hint="cs"/>
        <w:color w:val="777777"/>
        <w:sz w:val="16"/>
        <w:szCs w:val="16"/>
        <w:rtl/>
      </w:rPr>
      <w:t>יצרה: רוית ראש בן ישי · מאגר טקסטים לכיתה ז׳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 w:eastAsia="Arial" w:hint="c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bidi/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 w:hint="c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bidi/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bidi/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 w:hint="c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bidi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 w:eastAsia="Arial" w:hint="c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🧗 גבוה, מהר, חזק: למה ילדים בני 12 מטפסים על קירות?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