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🏫 מדריך הישרדות לכיתה ז׳: עצות מהגדולים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מאגר טקסטים לכיתה ז׳ · כתבה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בכיתה ז׳ יש...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רק שיעור אחד ביום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מורה אחת לכל השיעורים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מורה לכל מקצוע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מורה לכל מקצוע.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עשתה שירה כדי לא לשכוח מחברות?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סידרה את התיק בערב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השאירה מחברות בכיתה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ביקשה מחברה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סידרה את התיק בכל ערב לפי המערכת של מחר.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גילתה נועה כששאלה בשיעור? – </w:t>
      </w:r>
      <w:r>
        <w:rPr>
          <w:rFonts w:ascii="Arial" w:hAnsi="Arial" w:cs="Arial" w:eastAsia="Arial" w:hint="cs"/>
          <w:sz w:val="22"/>
          <w:szCs w:val="22"/>
          <w:rtl/>
        </w:rPr>
        <w:t>שגם ילדים אחרים לא הבינו.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איפה קל להכיר חברים חדשים? כתבו מקום אחד. – </w:t>
      </w:r>
      <w:r>
        <w:rPr>
          <w:rFonts w:ascii="Arial" w:hAnsi="Arial" w:cs="Arial" w:eastAsia="Arial" w:hint="cs"/>
          <w:sz w:val="22"/>
          <w:szCs w:val="22"/>
          <w:rtl/>
        </w:rPr>
        <w:t>בחוג / בקבוצת ספורט / בפעילות בהפסקה.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איזו עצה אתם הכי אוהבים? השלימו: "העצה שאני הכי אוהב/ת היא ___ כי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 עם נימוק.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מבהיל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אמיתיות, בלי להסתיר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שובצו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מסכימה ומוסיפה תמיכה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כֵּנוֹת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הוכנסו, קיבלו מקום (בכיתה)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מחזקת את הדברים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להיכנס ולהיות חלק מקבוצה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להצטרף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אמרו "שימו לב, זה מסוכן או לא כדאי"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הזהירו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מפחיד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ביום הראשון של כיתה ז׳ הכול חדש. יש מורה לכל מקצוע. יש כיתות שמתחלפות. יש תלמידים חדשים מבתי ספר אחרים. אלון מכיתה ח׳ מספר: "בשבוע הראשון הלכתי לאיבוד שלוש פעמים."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תלמידי כיתה ח׳ כתבו מדריך לילדים שעולים לכיתה ז׳. העצה הראשונה שלהם: לשמור על סדר. שירה מספרת שהיא סידרה את התיק בכל ערב לפי המערכת של מחר. זה עזר לה מאוד.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העצה השנייה: לא לפחד לשאול. נועה פחדה לשאול בשיעור. אחר כך היא גילתה שגם ילדים אחרים לא הבינו. היועצת אומרת: "שאלה היא סימן שאכפת לך ללמוד."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העצה השלישית: לחפש חברים חדשים. אפשר להצטרף לחוג או לקבוצת ספורט. שם קל יותר להתחיל לדבר. מספיק לשאול שאלה קטנה, כמו "מה יש לנו עכשיו?"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בסוף המדריך התלמידים כתבו: "כולם מרגישים קצת אבודים בהתחלה." כלומר: אתם לא לבד.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מבהיל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מפחיד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שובצו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הוכנסו, קיבלו מקום (בכיתה)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כֵּנוֹת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אמיתיות, בלי להסתיר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מחזקת את הדברים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מסכימה ומוסיפה תמיכה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להצטרף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להיכנס ולהיות חלק מקבוצה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הזהירו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אמרו "שימו לב, זה מסוכן או לא כדאי"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בכיתה ז׳ יש...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רק שיעור אחד ביום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מורה אחת לכל השיעורים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מורה לכל מקצוע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עשתה שירה כדי לא לשכוח מחברות?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סידרה את התיק בערב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השאירה מחברות בכיתה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ביקשה מחברה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מה גילתה נועה כששאלה בשיעור?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איפה קל להכיר חברים חדשים? כתבו מקום אחד.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איזו עצה אתם הכי אוהבים? השלימו: "העצה שאני הכי אוהב/ת היא ___ כי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מבהיל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אמיתיות, בלי להסתיר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שובצו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מסכימה ומוסיפה תמיכה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כֵּנוֹת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הוכנסו, קיבלו מקום (בכיתה)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מחזקת את הדברים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להיכנס ולהיות חלק מקבוצה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להצטרף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אמרו "שימו לב, זה מסוכן או לא כדאי"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הזהירו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מפחיד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🏫 מדריך הישרדות לכיתה ז׳: עצות מהגדולים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