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📱 זירת המסכים: מה קורה בקבוצת ההודעות השכבתית?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כתבה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בקבוצת ההודעות של השכבה...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רק משחקים משחקים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מתאמים מפגשים ומעבירים סיכומים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אסור לכתוב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מתאמים מפגשים ומעבירים סיכומים.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היועץ אומר שהקבוצה היא כמו...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ספרייה שקטה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גן שעשועים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רחוב בלי שוטרים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רחוב בלי שוטרים.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למה נועה הרגישה רע? – </w:t>
      </w:r>
      <w:r>
        <w:rPr>
          <w:rFonts w:ascii="Arial" w:hAnsi="Arial" w:cs="Arial" w:eastAsia="Arial" w:hint="cs"/>
          <w:sz w:val="22"/>
          <w:szCs w:val="22"/>
          <w:rtl/>
        </w:rPr>
        <w:t>כי היא שלחה פרצוף צוחק על הודעה שפגעה בילד.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זה "זהירות דיגיטלית"? השלימו: עוצרים לרגע לפני ש___. – </w:t>
      </w:r>
      <w:r>
        <w:rPr>
          <w:rFonts w:ascii="Arial" w:hAnsi="Arial" w:cs="Arial" w:eastAsia="Arial" w:hint="cs"/>
          <w:sz w:val="22"/>
          <w:szCs w:val="22"/>
          <w:rtl/>
        </w:rPr>
        <w:t>לפני ששולחים הודעה.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האם צריך לאסור קבוצות של השכבה? השלימו: "אני חושב/ת ש___ כי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אישית: עמדה + סיבה.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מודרים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שעושים בכוונה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אומץ מדומה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למקום סודי ונסתר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מכוונת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הרגשה כבדה ולא נעימה בלב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למחתרת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מרגישים שהשאירו אותם בחוץ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הידרדרות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מצב שהולך ונעשה גרוע יותר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מועקה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אומץ שנראה אמיתי אבל הוא לא באמת אומץ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לכל שכבה יש קבוצת הודעות. שם מתאמים מפגשים ומעבירים סיכומים. אבל לפעמים מישהו נפגע בקבוצה.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היועץ רן גלבוע אומר: "הקבוצה היא כמו רחוב בלי שוטרים." מול המסך קל יותר לכתוב מילים פוגעות. גם התעלמות מילד היא פגיעה.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יש מבוגרים שחושבים שלא צריך להתערב. יש מבוגרים שחושבים שצריך כללים ברורים.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נועה מכיתה ז׳ שלחה פרצוף צוחק על הודעה שפגעה בילד. אחר כך היא הרגישה רע. היא הבינה שקל להיסחף אחרי כולם.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הפתרון: "זהירות דיגיטלית". עוצרים לרגע לפני ששולחים הודעה. מילה כתובה נשארת, גם אם מוחקים אותה.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מודרים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מרגישים שהשאירו אותם בחוץ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אומץ מדומה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אומץ שנראה אמיתי אבל הוא לא באמת אומץ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מכוונת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שעושים בכוונה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למחתרת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למקום סודי ונסתר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הידרדרות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מצב שהולך ונעשה גרוע יותר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מועקה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הרגשה כבדה ולא נעימה בלב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להיסחף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לעשות מה שכולם עושים בלי לחשוב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בקבוצת ההודעות של השכבה...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רק משחקים משחקים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מתאמים מפגשים ומעבירים סיכומים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אסור לכתוב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היועץ אומר שהקבוצה היא כמו...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ספרייה שקטה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גן שעשועים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רחוב בלי שוטרים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למה נועה הרגישה רע?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זה "זהירות דיגיטלית"? השלימו: עוצרים לרגע לפני ש___.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האם צריך לאסור קבוצות של השכבה? השלימו: "אני חושב/ת ש___ כי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מודרים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שעושים בכוונה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אומץ מדומה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למקום סודי ונסתר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מכוונת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הרגשה כבדה ולא נעימה בלב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למחתרת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מרגישים שהשאירו אותם בחוץ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הידרדרות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מצב שהולך ונעשה גרוע יותר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מועקה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אומץ שנראה אמיתי אבל הוא לא באמת אומץ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📱 זירת המסכים: מה קורה בקבוצת ההודעות השכבתית?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